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זיכרון החורבן – מה זכרנו ומה שכחנו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"זיכרון החורבן – מה זכרנו ומה שכחנו":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https://historia-et-hachadasha.sites.tab.bot/video-zikaron-churban.html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נפילת מצדה – 73 או 74 לספירה (מחלוקת מחקרית)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הקמת קשת טיטוס – בסמוך ל-81 לספירה, בימי הקיסר דומיטיאנוס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זמן פעילותו של אלעזר הקליר – משוער (המאות ה-6–7)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'יוסיפון' – המאה ה-10, דרום איטליה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המנהג של יהודי רומא לא לעבור תחת קשת טיטוס – מסורת עממית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הפרשנות שחז"ל 'דחקו' את זיכרון המרד ואת יוסף בן מתתיהו – פרשנות מחקרית ולא עובדה מוסכמת; להציג כשאלה לדיון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זיהוי מצדה במאה ה-19 (1838–1842) והחפירות בשנות ה-60 של המאה ה-20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אגדת 'תן לי יבנה וחכמיה' – תלמוד בבלי, גיטין נו ע"ב; 'שנאת חינם' – יומא ט ע"ב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המשנה במסכת תענית ד, ו – חמישה דברים אירעו בתשעה באב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האופן שבו קבוצה או עם בוחרים לזכור את עברם ולהנחיל אותו.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שריפת בית המקדש בירושלים בידי הרומאים בשנת 70 לספירה.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רבן יוחנן בן זכאי, יוסף בן מתתיהו, טיטוס; מושגים: זיכרון קולקטיבי, חורבן הבית השני, יבנה.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70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חכם; על פי המסורת ייסד את מרכז יבנה אחרי החורבן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מפקד במרד שעבר לצד רומא; כתב את 'מלחמת היהודים'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מצביא רומי שכבש את ירושלים ב-70; לימים קיסר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זיכרון החורבן – מה זכרנו ומה שכחנו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"זיכרון החורבן – מה זכרנו ומה שכחנו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 קולקטיבי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האופן שבו קבוצה או עם בוחרים לזכור את עברם ולהנחיל אותו.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חורבן הבית השני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🏚️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שריפת בית המקדש בירושלים בידי הרומאים בשנת 70 לספירה.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יבנה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 לימוד והנהגה שקם אחרי החורבן וסימל את המשכיות החיים היהודיים.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שנאת חינם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שנאה בלי סיבה מוצדקת; לפי התלמוד – הסיבה לחורבן הבית השני.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תשעה באב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צום ואבל לזכר חורבן שני בתי המקדש ואסונות נוספים.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'היסטוריה' לבין 'זיכרון'? נסו לנסח במשפט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"זיכרון קולקטיבי"?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האופן שבו קבוצה או עם בוחרים לזכור את עברם ולהנחיל אותו.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מגילה מקראית של קינה על חורבן ירושלים, הנקראת בתשעה באב.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ההבחנה בין מה שקרה בפועל לבין מה שנבחר לספר ולהנחיל.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"חורבן הבית השני"?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שנאה בלי סיבה מוצדקת; לפי התלמוד – הסיבה לחורבן הבית השני.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שריפת בית המקדש בירושלים בידי הרומאים בשנת 70 לספירה.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יום צום ואבל לזכר חורבן שני בתי המקדש ואסונות נוספים.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במהלך הצפייה (או ההאזנה): רשמו שתי דרכים שבהן זכרו היהודים את החורבן.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בתשעה באב צמים וקוראים את מגילת איכה.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המאה ה-10: כיבוש ירושלים וחורבן בית המקדש השני; ראשית מרכז יבנה (על פי המסורת).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החכמים המשיכו ללמוד תורה ביבנה.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70 הרומאים שרפו את בית המקדש.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רבן יוחנן בן זכאי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מצביא רומי שכבש את ירושלים ב-70; לימים קיסר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יוסף בן מתתיהו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מפקד במרד שעבר לצד רומא; כתב את 'מלחמת היהודים'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טיטוס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חכם; על פי המסורת ייסד את מרכז יבנה אחרי החורבן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זיכרון החורבן – מה זכרנו ומה שכחנו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