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החידון המהיר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על 4 נושאים: נאורות, אמנציפציה, מהפכה תעשייתית, השכלה.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https://historia-et-hachadasha.sites.tab.bot/chidon.html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השאלות לקוחות מהחידון המהיר באתר. אפשר לחלק לזוגות ולבדוק יחד.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כינוי 'סוקרטס היהודי' למנדלסון – כינוי מקובל בספרות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יל"ג שימש מזכיר הקהילה בסנקט פטרבורג (משנות ה-70 של המאה ה-19)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עידן הנאורות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להשתמש בשכל שלכם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רוסו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וולטר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האמנציפציה – שוויון זכויות ליהודים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1791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סנהדרין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לוותר על אוטונומיה קהילתית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המהפכה התעשייתית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ג'יימס וואט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טקסטיל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1830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תנועת ההשכלה היהודית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המאסף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דברי שלום ואמת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פירוש עברי לתורה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 שאלה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החידון המהיר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עידן הנאורות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כתב את 'רוח החוקים'?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דידרו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סיסמת קאנט 'העזו לדעת'?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לנסוע לעולם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לציית לסמכות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לחזור למסורת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להשתמש בשכל שלכם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כתב את 'האמנה החברתית'?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קאנט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רוסו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סמית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נאבק במיוחד למען סובלנות דתית?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מאפו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נפוליאון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וואט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באיזו שנה קיבלו כל יהודי צרפת שוויון?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1871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1791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1806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1789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כינס את 'אספת הנכבדים' היהודית?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יוסף השני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ביסמרק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לואי ה-16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נפוליאון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כינס נפוליאון ב-1807?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פרלמנט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ועידת שלום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סנהדרין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קונגרס ציוני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דרשה 'העסקה' של האמנציפציה מהיהודים?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לשלם מס כפול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להתנצר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לוותר על אוטונומיה קהילתית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לעזוב את המדינה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המהפכה התעשייתית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היכן החלה המהפכה התעשייתית?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איטליה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צרפת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בריטניה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רוסיה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שיפר את מנוע הקיטור?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קרל מרקס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אדם סמית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ג'ורג' סטפנסון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ג'יימס וואט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ענף עבר מיכון 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טקסטיל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פלדה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מכוניות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חשמל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מתי נפתח קו הרכבת ליברפול–מנצ'סטר?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1830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1871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1769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1848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תנועת ההשכלה היהודית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נחשב 'אבי ההשכלה'?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יל"ג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משה מנדלסון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הרצל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אחד העם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נקרא כתב העת של המשכילים?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הצפירה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המליץ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השחר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המאסף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כתב נפתלי הרץ ויזל ב-1782?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דברי שלום ואמת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אהבת ציון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תעודה בישראל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מהו ה'ביאור'?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 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מילון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פירוש עברי לתורה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עיתון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 שאלה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שאלת חידון חדשה על אחד הנושאים, עם 3–4 תשובות. סמנו את התשובה הנכונה.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נושא שאני יודע/ת טוב: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נושא שצריך לחזור עליו: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הלך לי?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החידון המהיר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